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2B86B" w14:textId="50D6C7F4" w:rsidR="00294ACB" w:rsidRPr="002554B3" w:rsidRDefault="00000000" w:rsidP="006D7DE5">
      <w:pPr>
        <w:ind w:leftChars="-140" w:left="-91" w:rightChars="-335" w:right="-737" w:hangingChars="60" w:hanging="217"/>
        <w:jc w:val="center"/>
        <w:rPr>
          <w:rFonts w:ascii="Times New Roman" w:hAnsi="Times New Roman" w:cs="Times New Roman"/>
          <w:sz w:val="36"/>
          <w:szCs w:val="36"/>
        </w:rPr>
      </w:pPr>
      <w:r w:rsidRPr="002554B3">
        <w:rPr>
          <w:rFonts w:ascii="Times New Roman" w:hAnsi="Times New Roman" w:cs="Times New Roman"/>
          <w:b/>
          <w:sz w:val="36"/>
          <w:szCs w:val="36"/>
        </w:rPr>
        <w:t>Certificat</w:t>
      </w:r>
      <w:r w:rsidR="003059F4">
        <w:rPr>
          <w:rFonts w:ascii="Times New Roman" w:eastAsia="新細明體" w:hAnsi="Times New Roman" w:cs="Times New Roman" w:hint="eastAsia"/>
          <w:b/>
          <w:sz w:val="36"/>
          <w:szCs w:val="36"/>
          <w:lang w:eastAsia="zh-TW"/>
        </w:rPr>
        <w:t>ion</w:t>
      </w:r>
      <w:r w:rsidRPr="002554B3">
        <w:rPr>
          <w:rFonts w:ascii="Times New Roman" w:hAnsi="Times New Roman" w:cs="Times New Roman"/>
          <w:b/>
          <w:sz w:val="36"/>
          <w:szCs w:val="36"/>
        </w:rPr>
        <w:t xml:space="preserve"> of Double-Blind Peer Review for Scholarly Work</w:t>
      </w:r>
    </w:p>
    <w:p w14:paraId="76907E2A" w14:textId="293A372F" w:rsidR="00294ACB" w:rsidRPr="003059F4" w:rsidRDefault="00000000" w:rsidP="002554B3">
      <w:pPr>
        <w:spacing w:beforeLines="150" w:before="360" w:after="120" w:line="240" w:lineRule="auto"/>
        <w:ind w:leftChars="-129" w:left="-2" w:rightChars="-132" w:right="-290" w:hangingChars="108" w:hanging="282"/>
        <w:rPr>
          <w:rFonts w:ascii="Times New Roman" w:eastAsia="新細明體" w:hAnsi="Times New Roman" w:cs="Times New Roman" w:hint="eastAsia"/>
          <w:sz w:val="26"/>
          <w:szCs w:val="26"/>
          <w:lang w:eastAsia="zh-TW"/>
        </w:rPr>
      </w:pPr>
      <w:r w:rsidRPr="007439E8">
        <w:rPr>
          <w:rFonts w:ascii="Times New Roman" w:hAnsi="Times New Roman" w:cs="Times New Roman"/>
          <w:b/>
          <w:sz w:val="26"/>
          <w:szCs w:val="26"/>
        </w:rPr>
        <w:t xml:space="preserve">I. Purpose of This </w:t>
      </w:r>
      <w:r w:rsidR="003059F4">
        <w:rPr>
          <w:rFonts w:ascii="Times New Roman" w:eastAsia="新細明體" w:hAnsi="Times New Roman" w:cs="Times New Roman" w:hint="eastAsia"/>
          <w:b/>
          <w:sz w:val="26"/>
          <w:szCs w:val="26"/>
          <w:lang w:eastAsia="zh-TW"/>
        </w:rPr>
        <w:t>Document</w:t>
      </w:r>
    </w:p>
    <w:p w14:paraId="2D410920" w14:textId="747263C6" w:rsidR="007439E8" w:rsidRPr="002554B3" w:rsidRDefault="00000000" w:rsidP="002554B3">
      <w:pPr>
        <w:adjustRightInd w:val="0"/>
        <w:snapToGrid w:val="0"/>
        <w:spacing w:after="0" w:line="320" w:lineRule="exact"/>
        <w:ind w:leftChars="-44" w:left="-97" w:rightChars="-329" w:right="-724" w:firstLineChars="5" w:firstLine="12"/>
        <w:jc w:val="both"/>
        <w:rPr>
          <w:rFonts w:ascii="Times New Roman" w:eastAsia="新細明體" w:hAnsi="Times New Roman" w:cs="Times New Roman"/>
          <w:sz w:val="24"/>
          <w:szCs w:val="24"/>
          <w:lang w:eastAsia="zh-TW"/>
        </w:rPr>
      </w:pPr>
      <w:r w:rsidRPr="002554B3">
        <w:rPr>
          <w:rFonts w:ascii="Times New Roman" w:hAnsi="Times New Roman" w:cs="Times New Roman"/>
          <w:sz w:val="24"/>
          <w:szCs w:val="24"/>
        </w:rPr>
        <w:t>This certificat</w:t>
      </w:r>
      <w:r w:rsidR="003059F4">
        <w:rPr>
          <w:rFonts w:ascii="Times New Roman" w:eastAsia="新細明體" w:hAnsi="Times New Roman" w:cs="Times New Roman" w:hint="eastAsia"/>
          <w:sz w:val="24"/>
          <w:szCs w:val="24"/>
          <w:lang w:eastAsia="zh-TW"/>
        </w:rPr>
        <w:t>ion</w:t>
      </w:r>
      <w:r w:rsidRPr="002554B3">
        <w:rPr>
          <w:rFonts w:ascii="Times New Roman" w:hAnsi="Times New Roman" w:cs="Times New Roman"/>
          <w:sz w:val="24"/>
          <w:szCs w:val="24"/>
        </w:rPr>
        <w:t xml:space="preserve"> is issued by the College of Liberal Arts, National Central University (hereinafter referred to as “the College”). It is designed to be completed by the publisher, editorial board, or editor-in-chief to certify that a scholarly work authored by a faculty member of the College has undergone editorial board review and has successfully passed a rigorous double-blind peer review process.</w:t>
      </w:r>
    </w:p>
    <w:p w14:paraId="1B036A97" w14:textId="70D69FBE" w:rsidR="007439E8" w:rsidRPr="002554B3" w:rsidRDefault="00000000" w:rsidP="002554B3">
      <w:pPr>
        <w:spacing w:after="0" w:line="320" w:lineRule="exact"/>
        <w:ind w:leftChars="-44" w:left="-97" w:rightChars="-310" w:right="-682" w:firstLineChars="5" w:firstLine="12"/>
        <w:jc w:val="both"/>
        <w:rPr>
          <w:rFonts w:ascii="Times New Roman" w:eastAsia="新細明體" w:hAnsi="Times New Roman" w:cs="Times New Roman"/>
          <w:sz w:val="24"/>
          <w:szCs w:val="24"/>
          <w:lang w:eastAsia="zh-TW"/>
        </w:rPr>
      </w:pPr>
      <w:r w:rsidRPr="002554B3">
        <w:rPr>
          <w:rFonts w:ascii="Times New Roman" w:hAnsi="Times New Roman" w:cs="Times New Roman"/>
          <w:sz w:val="24"/>
          <w:szCs w:val="24"/>
        </w:rPr>
        <w:t>This certificat</w:t>
      </w:r>
      <w:r w:rsidR="003059F4">
        <w:rPr>
          <w:rFonts w:ascii="Times New Roman" w:eastAsia="新細明體" w:hAnsi="Times New Roman" w:cs="Times New Roman" w:hint="eastAsia"/>
          <w:sz w:val="24"/>
          <w:szCs w:val="24"/>
          <w:lang w:eastAsia="zh-TW"/>
        </w:rPr>
        <w:t>ion</w:t>
      </w:r>
      <w:r w:rsidRPr="002554B3">
        <w:rPr>
          <w:rFonts w:ascii="Times New Roman" w:hAnsi="Times New Roman" w:cs="Times New Roman"/>
          <w:sz w:val="24"/>
          <w:szCs w:val="24"/>
        </w:rPr>
        <w:t xml:space="preserve"> may serve as supporting documentation for faculty promotion, research performance evaluation, applications for grants and subsidies, and the recognition of academic achievements.</w:t>
      </w:r>
    </w:p>
    <w:p w14:paraId="6DC03ED7" w14:textId="0EBC7DE6" w:rsidR="00294ACB" w:rsidRPr="007439E8" w:rsidRDefault="00000000" w:rsidP="002554B3">
      <w:pPr>
        <w:adjustRightInd w:val="0"/>
        <w:snapToGrid w:val="0"/>
        <w:spacing w:beforeLines="100" w:before="240" w:after="0" w:line="320" w:lineRule="exact"/>
        <w:ind w:leftChars="-140" w:rightChars="-310" w:right="-682" w:hangingChars="118" w:hanging="308"/>
        <w:jc w:val="both"/>
        <w:rPr>
          <w:rFonts w:ascii="Times New Roman" w:hAnsi="Times New Roman" w:cs="Times New Roman"/>
          <w:sz w:val="24"/>
          <w:szCs w:val="24"/>
        </w:rPr>
      </w:pPr>
      <w:r w:rsidRPr="007439E8">
        <w:rPr>
          <w:rFonts w:ascii="Times New Roman" w:hAnsi="Times New Roman" w:cs="Times New Roman"/>
          <w:b/>
          <w:sz w:val="26"/>
          <w:szCs w:val="26"/>
        </w:rPr>
        <w:t>II. Basic Information of the Scholarly Work</w:t>
      </w:r>
      <w:r w:rsidR="007439E8" w:rsidRPr="007439E8">
        <w:rPr>
          <w:rFonts w:ascii="Times New Roman" w:eastAsia="新細明體" w:hAnsi="Times New Roman" w:cs="Times New Roman" w:hint="eastAsia"/>
          <w:b/>
          <w:sz w:val="24"/>
          <w:szCs w:val="24"/>
          <w:lang w:eastAsia="zh-TW"/>
        </w:rPr>
        <w:t xml:space="preserve"> </w:t>
      </w:r>
      <w:r w:rsidRPr="007439E8">
        <w:rPr>
          <w:rFonts w:ascii="Times New Roman" w:hAnsi="Times New Roman" w:cs="Times New Roman"/>
          <w:sz w:val="24"/>
          <w:szCs w:val="24"/>
        </w:rPr>
        <w:t>(To be completed by the author. In the case of co-authorship, only one author shall complete this section. No alterations are permitted. Each certifica</w:t>
      </w:r>
      <w:r w:rsidR="00412BD8">
        <w:rPr>
          <w:rFonts w:ascii="Times New Roman" w:eastAsia="新細明體" w:hAnsi="Times New Roman" w:cs="Times New Roman" w:hint="eastAsia"/>
          <w:sz w:val="24"/>
          <w:szCs w:val="24"/>
          <w:lang w:eastAsia="zh-TW"/>
        </w:rPr>
        <w:t>tion</w:t>
      </w:r>
      <w:r w:rsidRPr="007439E8">
        <w:rPr>
          <w:rFonts w:ascii="Times New Roman" w:hAnsi="Times New Roman" w:cs="Times New Roman"/>
          <w:sz w:val="24"/>
          <w:szCs w:val="24"/>
        </w:rPr>
        <w:t xml:space="preserve"> shall correspond to one scholarly work only.)</w:t>
      </w:r>
    </w:p>
    <w:tbl>
      <w:tblPr>
        <w:tblStyle w:val="aff2"/>
        <w:tblW w:w="9356" w:type="dxa"/>
        <w:tblInd w:w="-34" w:type="dxa"/>
        <w:tblLook w:val="04A0" w:firstRow="1" w:lastRow="0" w:firstColumn="1" w:lastColumn="0" w:noHBand="0" w:noVBand="1"/>
      </w:tblPr>
      <w:tblGrid>
        <w:gridCol w:w="2836"/>
        <w:gridCol w:w="6520"/>
      </w:tblGrid>
      <w:tr w:rsidR="00294ACB" w:rsidRPr="007439E8" w14:paraId="0AE0F65B" w14:textId="77777777" w:rsidTr="002554B3">
        <w:trPr>
          <w:trHeight w:val="454"/>
        </w:trPr>
        <w:tc>
          <w:tcPr>
            <w:tcW w:w="2836" w:type="dxa"/>
            <w:vAlign w:val="center"/>
          </w:tcPr>
          <w:p w14:paraId="03379E64" w14:textId="77777777" w:rsidR="00294ACB" w:rsidRPr="002554B3" w:rsidRDefault="00000000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520" w:type="dxa"/>
            <w:vAlign w:val="center"/>
          </w:tcPr>
          <w:p w14:paraId="07C4258B" w14:textId="77777777" w:rsidR="00294ACB" w:rsidRPr="002554B3" w:rsidRDefault="00000000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</w:p>
        </w:tc>
      </w:tr>
      <w:tr w:rsidR="00294ACB" w:rsidRPr="007439E8" w14:paraId="6D88D892" w14:textId="77777777" w:rsidTr="002554B3">
        <w:trPr>
          <w:trHeight w:val="567"/>
        </w:trPr>
        <w:tc>
          <w:tcPr>
            <w:tcW w:w="2836" w:type="dxa"/>
            <w:vAlign w:val="center"/>
          </w:tcPr>
          <w:p w14:paraId="7CA91ED5" w14:textId="28AFE010" w:rsidR="007439E8" w:rsidRPr="002554B3" w:rsidRDefault="00000000" w:rsidP="007439E8">
            <w:pPr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Author(s)</w:t>
            </w:r>
          </w:p>
          <w:p w14:paraId="7357B5A5" w14:textId="260A8550" w:rsidR="00294ACB" w:rsidRPr="002554B3" w:rsidRDefault="00000000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(including co-authors)</w:t>
            </w:r>
          </w:p>
        </w:tc>
        <w:tc>
          <w:tcPr>
            <w:tcW w:w="6520" w:type="dxa"/>
            <w:vAlign w:val="center"/>
          </w:tcPr>
          <w:p w14:paraId="06E07F85" w14:textId="77777777" w:rsidR="00294ACB" w:rsidRPr="002554B3" w:rsidRDefault="00294ACB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ACB" w:rsidRPr="007439E8" w14:paraId="71A120D5" w14:textId="77777777" w:rsidTr="002554B3">
        <w:trPr>
          <w:trHeight w:val="553"/>
        </w:trPr>
        <w:tc>
          <w:tcPr>
            <w:tcW w:w="2836" w:type="dxa"/>
            <w:vAlign w:val="center"/>
          </w:tcPr>
          <w:p w14:paraId="35E94F47" w14:textId="77777777" w:rsidR="00294ACB" w:rsidRPr="002554B3" w:rsidRDefault="00000000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Title of Article / Book</w:t>
            </w:r>
          </w:p>
        </w:tc>
        <w:tc>
          <w:tcPr>
            <w:tcW w:w="6520" w:type="dxa"/>
            <w:vAlign w:val="center"/>
          </w:tcPr>
          <w:p w14:paraId="5293228B" w14:textId="77777777" w:rsidR="00294ACB" w:rsidRPr="002554B3" w:rsidRDefault="00294ACB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ACB" w:rsidRPr="007439E8" w14:paraId="7A34E774" w14:textId="77777777" w:rsidTr="002554B3">
        <w:trPr>
          <w:trHeight w:val="2469"/>
        </w:trPr>
        <w:tc>
          <w:tcPr>
            <w:tcW w:w="2836" w:type="dxa"/>
            <w:vAlign w:val="center"/>
          </w:tcPr>
          <w:p w14:paraId="4D7592A0" w14:textId="77777777" w:rsidR="00294ACB" w:rsidRPr="002554B3" w:rsidRDefault="00000000" w:rsidP="0074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Type of Scholarly Work</w:t>
            </w:r>
          </w:p>
        </w:tc>
        <w:tc>
          <w:tcPr>
            <w:tcW w:w="6520" w:type="dxa"/>
            <w:vAlign w:val="center"/>
          </w:tcPr>
          <w:p w14:paraId="21E95664" w14:textId="2C378A4F" w:rsidR="007439E8" w:rsidRPr="002554B3" w:rsidRDefault="00000000" w:rsidP="002554B3">
            <w:pPr>
              <w:spacing w:afterLines="30" w:after="72"/>
              <w:ind w:leftChars="-6" w:left="347" w:rightChars="-37" w:right="-81" w:hangingChars="150" w:hanging="360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細明體" w:eastAsia="細明體" w:hAnsi="細明體" w:cs="Times New Roman"/>
                <w:sz w:val="24"/>
                <w:szCs w:val="24"/>
              </w:rPr>
              <w:t>□</w:t>
            </w:r>
            <w:r w:rsidR="007439E8" w:rsidRPr="002554B3">
              <w:rPr>
                <w:rFonts w:ascii="細明體" w:eastAsia="細明體" w:hAnsi="細明體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Journal Article (</w:t>
            </w:r>
            <w:r w:rsidR="00E45EB0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P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lease specify journal title; if published, also indicate volume and issue):</w:t>
            </w:r>
          </w:p>
          <w:p w14:paraId="60C6CB8A" w14:textId="77777777" w:rsidR="007439E8" w:rsidRPr="002554B3" w:rsidRDefault="00000000" w:rsidP="002554B3">
            <w:pPr>
              <w:spacing w:afterLines="30" w:after="72"/>
              <w:ind w:firstLineChars="140" w:firstLine="336"/>
              <w:jc w:val="both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1. Journal Title:</w:t>
            </w:r>
          </w:p>
          <w:p w14:paraId="4B32681B" w14:textId="77777777" w:rsidR="007439E8" w:rsidRPr="002554B3" w:rsidRDefault="00000000" w:rsidP="002554B3">
            <w:pPr>
              <w:spacing w:afterLines="30" w:after="72"/>
              <w:ind w:firstLineChars="140" w:firstLine="336"/>
              <w:jc w:val="both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2. Volume and Issue:</w:t>
            </w:r>
          </w:p>
          <w:p w14:paraId="3DF19400" w14:textId="73BE3B69" w:rsidR="007439E8" w:rsidRPr="002554B3" w:rsidRDefault="00000000" w:rsidP="002554B3">
            <w:pPr>
              <w:spacing w:afterLines="30" w:after="72"/>
              <w:jc w:val="both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細明體" w:eastAsia="細明體" w:hAnsi="細明體" w:cs="Times New Roman"/>
                <w:sz w:val="24"/>
                <w:szCs w:val="24"/>
              </w:rPr>
              <w:t>□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39E8" w:rsidRPr="002554B3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Monograph</w:t>
            </w:r>
          </w:p>
          <w:p w14:paraId="2199CB6C" w14:textId="46DA21CD" w:rsidR="007439E8" w:rsidRPr="002554B3" w:rsidRDefault="00000000" w:rsidP="002554B3">
            <w:pPr>
              <w:spacing w:afterLines="30" w:after="72"/>
              <w:jc w:val="both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細明體" w:eastAsia="細明體" w:hAnsi="細明體" w:cs="Times New Roman"/>
                <w:sz w:val="24"/>
                <w:szCs w:val="24"/>
              </w:rPr>
              <w:t>□</w:t>
            </w:r>
            <w:r w:rsidR="007439E8" w:rsidRPr="002554B3">
              <w:rPr>
                <w:rFonts w:ascii="細明體" w:eastAsia="細明體" w:hAnsi="細明體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Book Chapter (</w:t>
            </w:r>
            <w:r w:rsidR="00E45EB0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P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lease specify book title):</w:t>
            </w:r>
          </w:p>
          <w:p w14:paraId="3286D8B8" w14:textId="54D6E13F" w:rsidR="00294ACB" w:rsidRPr="00FC73B8" w:rsidRDefault="00000000" w:rsidP="00FC73B8">
            <w:pPr>
              <w:spacing w:afterLines="30" w:after="72"/>
              <w:ind w:left="384" w:hangingChars="160" w:hanging="384"/>
              <w:jc w:val="both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  <w:r w:rsidRPr="002554B3">
              <w:rPr>
                <w:rFonts w:ascii="細明體" w:eastAsia="細明體" w:hAnsi="細明體" w:cs="Times New Roman"/>
                <w:sz w:val="24"/>
                <w:szCs w:val="24"/>
              </w:rPr>
              <w:t>□</w:t>
            </w:r>
            <w:r w:rsidR="007439E8" w:rsidRPr="002554B3">
              <w:rPr>
                <w:rFonts w:ascii="細明體" w:eastAsia="細明體" w:hAnsi="細明體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2554B3">
              <w:rPr>
                <w:rFonts w:ascii="Times New Roman" w:hAnsi="Times New Roman" w:cs="Times New Roman"/>
                <w:sz w:val="24"/>
                <w:szCs w:val="24"/>
              </w:rPr>
              <w:t>Published Conference Paper</w:t>
            </w:r>
            <w:r w:rsidR="00FC73B8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 xml:space="preserve"> (</w:t>
            </w:r>
            <w:r w:rsidR="00FC73B8" w:rsidRPr="00FC73B8">
              <w:rPr>
                <w:rFonts w:ascii="Times New Roman" w:hAnsi="Times New Roman" w:cs="Times New Roman"/>
                <w:sz w:val="24"/>
                <w:szCs w:val="24"/>
              </w:rPr>
              <w:t>Please specify the name of the conference proceedings</w:t>
            </w:r>
            <w:r w:rsidR="00FC73B8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)</w:t>
            </w:r>
            <w:r w:rsidR="00FC73B8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</w:tc>
      </w:tr>
    </w:tbl>
    <w:p w14:paraId="5AA03A76" w14:textId="20201279" w:rsidR="00294ACB" w:rsidRPr="002554B3" w:rsidRDefault="00000000" w:rsidP="002554B3">
      <w:pPr>
        <w:spacing w:beforeLines="150" w:before="360" w:after="120" w:line="240" w:lineRule="auto"/>
        <w:ind w:leftChars="-129" w:left="-2" w:rightChars="-132" w:right="-290" w:hangingChars="108" w:hanging="282"/>
        <w:rPr>
          <w:rFonts w:ascii="Times New Roman" w:hAnsi="Times New Roman" w:cs="Times New Roman"/>
          <w:b/>
          <w:sz w:val="26"/>
          <w:szCs w:val="26"/>
        </w:rPr>
      </w:pPr>
      <w:r w:rsidRPr="007439E8">
        <w:rPr>
          <w:rFonts w:ascii="Times New Roman" w:hAnsi="Times New Roman" w:cs="Times New Roman"/>
          <w:b/>
          <w:sz w:val="26"/>
          <w:szCs w:val="26"/>
        </w:rPr>
        <w:t>III. Certification Statement</w:t>
      </w:r>
    </w:p>
    <w:p w14:paraId="1413E721" w14:textId="77777777" w:rsidR="002554B3" w:rsidRDefault="00000000" w:rsidP="002554B3">
      <w:pPr>
        <w:adjustRightInd w:val="0"/>
        <w:snapToGrid w:val="0"/>
        <w:spacing w:after="0" w:line="320" w:lineRule="exact"/>
        <w:ind w:leftChars="52" w:left="127" w:rightChars="-304" w:right="-669" w:hangingChars="5" w:hanging="13"/>
        <w:jc w:val="both"/>
        <w:rPr>
          <w:rFonts w:ascii="Times New Roman" w:eastAsia="新細明體" w:hAnsi="Times New Roman" w:cs="Times New Roman"/>
          <w:sz w:val="26"/>
          <w:szCs w:val="26"/>
          <w:lang w:eastAsia="zh-TW"/>
        </w:rPr>
      </w:pPr>
      <w:r w:rsidRPr="002554B3">
        <w:rPr>
          <w:rFonts w:ascii="Times New Roman" w:hAnsi="Times New Roman" w:cs="Times New Roman"/>
          <w:sz w:val="26"/>
          <w:szCs w:val="26"/>
        </w:rPr>
        <w:t>This is to certify that the above-mentioned article/book has been reviewed by the editorial board and has successfully undergone a rigorous double-blind peer review process.</w:t>
      </w:r>
    </w:p>
    <w:p w14:paraId="73B599F9" w14:textId="77777777" w:rsidR="002554B3" w:rsidRDefault="00000000" w:rsidP="002554B3">
      <w:pPr>
        <w:adjustRightInd w:val="0"/>
        <w:snapToGrid w:val="0"/>
        <w:spacing w:after="0" w:line="360" w:lineRule="exact"/>
        <w:ind w:leftChars="52" w:left="127" w:rightChars="-304" w:right="-669" w:hangingChars="5" w:hanging="13"/>
        <w:jc w:val="both"/>
        <w:rPr>
          <w:rFonts w:ascii="Times New Roman" w:eastAsia="新細明體" w:hAnsi="Times New Roman" w:cs="Times New Roman"/>
          <w:sz w:val="26"/>
          <w:szCs w:val="26"/>
          <w:lang w:eastAsia="zh-TW"/>
        </w:rPr>
      </w:pPr>
      <w:r w:rsidRPr="002554B3">
        <w:rPr>
          <w:rFonts w:ascii="細明體" w:eastAsia="細明體" w:hAnsi="細明體" w:cs="Times New Roman"/>
          <w:sz w:val="26"/>
          <w:szCs w:val="26"/>
        </w:rPr>
        <w:t>□</w:t>
      </w:r>
      <w:r w:rsidRPr="007439E8">
        <w:rPr>
          <w:rFonts w:ascii="Times New Roman" w:hAnsi="Times New Roman" w:cs="Times New Roman"/>
          <w:sz w:val="26"/>
          <w:szCs w:val="26"/>
        </w:rPr>
        <w:t xml:space="preserve"> It has been formally published in ______ (Year/Month).</w:t>
      </w:r>
    </w:p>
    <w:p w14:paraId="4FEF9B4E" w14:textId="5C819ECA" w:rsidR="00294ACB" w:rsidRPr="007439E8" w:rsidRDefault="00000000" w:rsidP="002554B3">
      <w:pPr>
        <w:adjustRightInd w:val="0"/>
        <w:snapToGrid w:val="0"/>
        <w:spacing w:after="0" w:line="360" w:lineRule="exact"/>
        <w:ind w:leftChars="52" w:left="426" w:rightChars="-304" w:right="-669" w:hangingChars="120" w:hanging="312"/>
        <w:jc w:val="both"/>
        <w:rPr>
          <w:rFonts w:ascii="Times New Roman" w:hAnsi="Times New Roman" w:cs="Times New Roman"/>
          <w:sz w:val="26"/>
          <w:szCs w:val="26"/>
        </w:rPr>
      </w:pPr>
      <w:r w:rsidRPr="002554B3">
        <w:rPr>
          <w:rFonts w:ascii="細明體" w:eastAsia="細明體" w:hAnsi="細明體" w:cs="Times New Roman"/>
          <w:sz w:val="26"/>
          <w:szCs w:val="26"/>
        </w:rPr>
        <w:t>□</w:t>
      </w:r>
      <w:r w:rsidRPr="007439E8">
        <w:rPr>
          <w:rFonts w:ascii="Times New Roman" w:hAnsi="Times New Roman" w:cs="Times New Roman"/>
          <w:sz w:val="26"/>
          <w:szCs w:val="26"/>
        </w:rPr>
        <w:t xml:space="preserve"> It has been accepted for publication in ______ (Year/Month) and is scheduled to be published in ______ (Year/Month).</w:t>
      </w:r>
    </w:p>
    <w:p w14:paraId="3625E264" w14:textId="77777777" w:rsidR="00294ACB" w:rsidRPr="007439E8" w:rsidRDefault="00000000" w:rsidP="002554B3">
      <w:pPr>
        <w:rPr>
          <w:rFonts w:ascii="Times New Roman" w:hAnsi="Times New Roman" w:cs="Times New Roman"/>
          <w:sz w:val="26"/>
          <w:szCs w:val="26"/>
        </w:rPr>
      </w:pPr>
      <w:r w:rsidRPr="007439E8">
        <w:rPr>
          <w:rFonts w:ascii="Times New Roman" w:hAnsi="Times New Roman" w:cs="Times New Roman"/>
          <w:sz w:val="26"/>
          <w:szCs w:val="26"/>
        </w:rPr>
        <w:br/>
        <w:t>Respectfully submitted to:</w:t>
      </w:r>
      <w:r w:rsidRPr="007439E8">
        <w:rPr>
          <w:rFonts w:ascii="Times New Roman" w:hAnsi="Times New Roman" w:cs="Times New Roman"/>
          <w:sz w:val="26"/>
          <w:szCs w:val="26"/>
        </w:rPr>
        <w:br/>
        <w:t>College of Liberal Arts, National Central University</w:t>
      </w:r>
    </w:p>
    <w:p w14:paraId="666AF51C" w14:textId="34648B89" w:rsidR="00294ACB" w:rsidRPr="007439E8" w:rsidRDefault="00000000" w:rsidP="007439E8">
      <w:pPr>
        <w:rPr>
          <w:rFonts w:ascii="Times New Roman" w:hAnsi="Times New Roman" w:cs="Times New Roman"/>
          <w:sz w:val="26"/>
          <w:szCs w:val="26"/>
        </w:rPr>
      </w:pPr>
      <w:r w:rsidRPr="007439E8">
        <w:rPr>
          <w:rFonts w:ascii="Times New Roman" w:hAnsi="Times New Roman" w:cs="Times New Roman"/>
          <w:sz w:val="26"/>
          <w:szCs w:val="26"/>
        </w:rPr>
        <w:t>Publisher / Editorial Board / Editor-in-Chief (Official Seal or Signature): __________________________</w:t>
      </w:r>
    </w:p>
    <w:p w14:paraId="304A2AC2" w14:textId="77777777" w:rsidR="00294ACB" w:rsidRPr="007439E8" w:rsidRDefault="00000000" w:rsidP="007439E8">
      <w:pPr>
        <w:rPr>
          <w:rFonts w:ascii="Times New Roman" w:hAnsi="Times New Roman" w:cs="Times New Roman"/>
          <w:sz w:val="26"/>
          <w:szCs w:val="26"/>
        </w:rPr>
      </w:pPr>
      <w:r w:rsidRPr="007439E8">
        <w:rPr>
          <w:rFonts w:ascii="Times New Roman" w:hAnsi="Times New Roman" w:cs="Times New Roman"/>
          <w:sz w:val="26"/>
          <w:szCs w:val="26"/>
        </w:rPr>
        <w:t>Date: ______ / ______ / ______</w:t>
      </w:r>
    </w:p>
    <w:sectPr w:rsidR="00294ACB" w:rsidRPr="007439E8" w:rsidSect="00FC73B8">
      <w:pgSz w:w="12240" w:h="15840"/>
      <w:pgMar w:top="680" w:right="1797" w:bottom="68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47F71" w14:textId="77777777" w:rsidR="004356BA" w:rsidRDefault="004356BA" w:rsidP="00FC73B8">
      <w:pPr>
        <w:spacing w:after="0" w:line="240" w:lineRule="auto"/>
      </w:pPr>
      <w:r>
        <w:separator/>
      </w:r>
    </w:p>
  </w:endnote>
  <w:endnote w:type="continuationSeparator" w:id="0">
    <w:p w14:paraId="4D0FC576" w14:textId="77777777" w:rsidR="004356BA" w:rsidRDefault="004356BA" w:rsidP="00FC7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33B43" w14:textId="77777777" w:rsidR="004356BA" w:rsidRDefault="004356BA" w:rsidP="00FC73B8">
      <w:pPr>
        <w:spacing w:after="0" w:line="240" w:lineRule="auto"/>
      </w:pPr>
      <w:r>
        <w:separator/>
      </w:r>
    </w:p>
  </w:footnote>
  <w:footnote w:type="continuationSeparator" w:id="0">
    <w:p w14:paraId="7D6E90B5" w14:textId="77777777" w:rsidR="004356BA" w:rsidRDefault="004356BA" w:rsidP="00FC7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95462327">
    <w:abstractNumId w:val="8"/>
  </w:num>
  <w:num w:numId="2" w16cid:durableId="95634913">
    <w:abstractNumId w:val="6"/>
  </w:num>
  <w:num w:numId="3" w16cid:durableId="1830779761">
    <w:abstractNumId w:val="5"/>
  </w:num>
  <w:num w:numId="4" w16cid:durableId="1990939876">
    <w:abstractNumId w:val="4"/>
  </w:num>
  <w:num w:numId="5" w16cid:durableId="1458600730">
    <w:abstractNumId w:val="7"/>
  </w:num>
  <w:num w:numId="6" w16cid:durableId="1852909300">
    <w:abstractNumId w:val="3"/>
  </w:num>
  <w:num w:numId="7" w16cid:durableId="122893027">
    <w:abstractNumId w:val="2"/>
  </w:num>
  <w:num w:numId="8" w16cid:durableId="1244023138">
    <w:abstractNumId w:val="1"/>
  </w:num>
  <w:num w:numId="9" w16cid:durableId="1765759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0D58"/>
    <w:rsid w:val="002554B3"/>
    <w:rsid w:val="0028690B"/>
    <w:rsid w:val="00294ACB"/>
    <w:rsid w:val="0029639D"/>
    <w:rsid w:val="003059F4"/>
    <w:rsid w:val="00326F90"/>
    <w:rsid w:val="00412BD8"/>
    <w:rsid w:val="004356BA"/>
    <w:rsid w:val="006D7DE5"/>
    <w:rsid w:val="007439E8"/>
    <w:rsid w:val="009C4619"/>
    <w:rsid w:val="00AA128A"/>
    <w:rsid w:val="00AA1D8D"/>
    <w:rsid w:val="00B47730"/>
    <w:rsid w:val="00B52F55"/>
    <w:rsid w:val="00C2105F"/>
    <w:rsid w:val="00C61236"/>
    <w:rsid w:val="00CB0664"/>
    <w:rsid w:val="00D47BD5"/>
    <w:rsid w:val="00E45EB0"/>
    <w:rsid w:val="00FC693F"/>
    <w:rsid w:val="00FC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9B3529"/>
  <w14:defaultImageDpi w14:val="300"/>
  <w15:docId w15:val="{2A8A5A69-0178-41C7-9873-EAD95276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德宣 葉</cp:lastModifiedBy>
  <cp:revision>4</cp:revision>
  <dcterms:created xsi:type="dcterms:W3CDTF">2026-05-28T08:22:00Z</dcterms:created>
  <dcterms:modified xsi:type="dcterms:W3CDTF">2026-06-08T09:42:00Z</dcterms:modified>
  <cp:category/>
</cp:coreProperties>
</file>